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רגשות ומחשבות בכתיבה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משפחות מילים ואסוציאציות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אחריות אישית ועל תכונות של נציגות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רפלקציה בסוף פעילות או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חוסן אישי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להתמודד עם קושי ולהתאושש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תמיכה של חברים ומשפחה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חוסן אישי – מה נותן כוח, מה מקשה ומה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שיתוף עם אדם קרוב מאפשר תמיכה ומוריד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חוסן אישי כולל התמדה ולמידה מטעויות, לא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חוסן אישי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(נותן לי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(מקשה עליי)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 לי להירגע)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(נותן לי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(עוזר לי להתמודד)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חוסן אישי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בחירות ונציגות כיתתית – מה תפקיד הנציג/ה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להעביר את דעות הכיתה הלאה ולייצג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להקשיב לדעות שונות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בחירות ונציגות כיתתית – תכונות ונימוקים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הנציג מייצג את כל הכיתה, לא רק חברים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תפקיד הנציג להעביר את כל הדעות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לבחור לפי תכונות כמו אחריות והקשבה, לא רק פופולריות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בחירות ונציגות כיתתית – יישום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בחירות ונציגות כיתתית – נימוקים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(מגיע בזמן ומבצע משימות שקיבל)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(שומע דעות של כולם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(אומר את האמת גם כשזה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(מציע רעיונות חדשים לכיתה)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לקיחת אחריות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לקיחת אחריות פירושה להודות בטעות שלי ולתקן אותה, לא להאשים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אחריות קשורה גם להתחייבות למשימות ולתוצאות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לקיחת אחריות היא להתמודד עם הבעיה ולא להתעלם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לקיחת אחריות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מתנצל/ת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לקיחת אחריות – מצבים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(מאכיל/ה אותו עכשיו ומתנצל/ת)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(מספר/ת לחברים ולוקח/ת על עצמי משימה נוספת)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(מספר/ת להורים ועוזר/ת לנקות)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(מתנצל/ת ומסביר/ה למה קרה)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לקיחת אחריות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המתאר מצב אמיתי ולקיחת אחריות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מצב, הודאה בטעות ופעולה לתיקון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מילה של היום (לשון)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השלבים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משפחת מילים היא מילים עם אותו שורש, לא אותו 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מילה של היום (לשון)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או רעיון שקופצים לראש כשחושבים על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מילה של היום (לשון) – משפחת מילים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מילה של היום (לשון) –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(רקדן)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מילה חדשה ושפות – היכרות עם התבנית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שלושה: המילה, השפה שלי,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את המילה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להראות איך משתמשים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 תלמיד שרוצה לשתף מילה משפה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מילה חדשה ושפות – תרגול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מילה חדשה ושפות – כתיבה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(אנגלית)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(ערבית)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(צרפתית)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מילה חדשה ושפות – סדר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המילה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השפה שהמילה באה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התרגום בשפה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משפט קצר עם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וברור ללא פרטים מיותרים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אחת לפחות קשורה נכון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אמיתית ומתאימה למצב של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כמו פתק חדש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אפשר להסתפק במילה אחת או שתיים במקום 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כמה פתקים בקול בסוף כל פרק, כמו שיחה סביב הלוח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לחזור לפרק הרפלקציה בסוף כל שיעור כפתק יציאה קבוע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תמצאו משימות קצרות שמתאימות לפתקים שכותבים על לוח שיתופי בכיתה. בכל פרק כתבו בכמה מילים או במשפט אחד, בדיוק כמו פתק קטן.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חוסן אישי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הקרובה ביותר למילה "חוסן"?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להתמודד עם קושי ולהתאושש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לרוץ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היכולת לזכור שירים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היכולת לצייר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מהבאים יכול לתת לי כוח במצב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תמיכה של חברים ומשפחה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מכל מה שקרה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על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לברוח מהבעיה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חוסן אישי – מה נותן כוח, מה מקשה ומה עוזר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עם מישהו קרוב כשקשה יכול לעזור להרגיש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נכשלתי בפעם הראשונה, הכי נכון לוותר ולא לנסות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חוסן אישי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טוב שמקשיב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לי להירגע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כישלון במבחן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לי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כמה נשימות עמוקות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נותן לי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תמיכה של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נותן לי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לדבר עם מבוגר אחראי כשקשה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מקשה עליי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חוסן אישי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אחת הדרכים להירגע במצב קשה היא לנשום __________ ולאט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כשאני טועה/ת, זה בסדר כי טעויות עוזרות לי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בחירות ונציגות כיתתית – מה תפקיד הנציג/ה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התפקיד העיקרי של נציג או נציגה 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החבר הכי טוב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את דעות הכיתה הלאה ולייצג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ציונים גבוהים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להחליט לבד בלי לשאול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תכונה הכי חשובה לנציג או נציגה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הכי חזק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לדעות שונות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להיות הכי שקט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הכי הרבה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בחירות ונציגות כיתתית – תכונות ונימוקים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 או נציגה צריכים לייצג רק את החברים הכי קרובים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 טוב מקשיב גם לדעות שהוא לא מסכים איתן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נציג רק לפי מי הכי פופולרי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בחירות ונציגות כיתתית – יישום ובחירה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נציג או נציגה כיתתית מייצגים את כל ה__________ מול המורה וההנהלה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ההצבעה כדאי לחשוב על ה__________ של המועמד, ולא רק על חברות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בחירות ונציגות כיתתית – נימוקים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שומע דעות של כולם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מגיע בזמן ומבצע משימות שקיבל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מציע רעיונות חדשים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אומר את האמת גם כשזה 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לקיחת אחריות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לקיחת אחריות פירושה להאשים מישהו אחר כשמשהו משתבש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לקחת אחריות גם על דברים טובים שעשיתי, לא רק על טעויות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שלוקח אחריות מתעלם מהבעיה ומקווה שהיא תיעלם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לקיחת אחריות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כשאני שוכח/ת להביא ציוד לבית הספר, לקיחת אחריות אומרת שאני __________ זאת בפני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שברתי משהו בטעות, אני לוקח/ת אחריות כש אני __________ על כך ומתקן/ת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כשחבר נפגע מדברים שאמרתי, אני לוקח/ת אחריות כש אני __________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לא הכנתי שיעורי בית, לקיחת אחריות היא לומר את ה__________ למורה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לקיחת אחריות – מצבים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שכחתי להאכיל את הכלב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מתנצל/ת ומסביר/ה למה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לא הכנתי מצגת לעבודה בקבוצה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מספר/ת להורים ועוזר/ת לנקות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שברתי כוס בטעות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מאכיל/ה אותו עכשיו ומתנצל/ת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איחרתי לפגישה עם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מספר/ת לחברים ולוקח/ת על עצמי משימה נוספת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לקיחת אחריות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בסגנון אני לוקח/ת אחריות כש... על מצב מחיי היומיום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לקחתם אחריות על טעות, ומה עשיתם כדי לתקן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מילה של היום (לשון)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מילה של היום כותבים משפט עם המילה שנבחרה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מילים היא מילים שכתובות באותו צבע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מילה של היום (לשון)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אסוציאציה למילה?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שדומה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או רעיון שקופצים לראש כשחושבים על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תרגום המילה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הפוך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חלקים יש בפעילות מילה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מהמילים יש אותו שורש כמו במילה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מילה של היום (לשון) – משפחת מילים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המילים לכתוב ומכתב שייכות לאותה משפחה כי יש בהן את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 משפט עם המילה שמח: היום אני __________ כי יש מסיבה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מילה של היום (לשון) – 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רקדן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רקד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מילה חדשה ושפות – היכרות עם 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בתבנית עולים – מילה חדשה, כמה חלקים עיקריים כותבים בכל 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שלושה: המילה, השפה שלי, 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בחלק הראשון של הפתק?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המילה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משפט קצר בפתק?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איך משתמשים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למלא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יכול לכתוב פתק בתבנית 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 שרוצה לשתף מילה משפה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תלמיד אחד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מילה חדשה ושפות – תרגול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בתבנית כותבים את המילה, בשפה שלי,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המילה החדשה היא שלום, אפשר לכתוב בשפה שלי את התרגום ו__________ עם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בפתק של מילה חדשה כותבים קודם את ה__________ ואז את התרגום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המילה החדשה היא תפוח, משפט קצר יכול להיות אני אוכל __________ בארוחת הבוקר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מילה חדשה ושפות – כתיבה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hello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مرحبا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צרפתית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привет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bonjour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מילה חדשה ושפות – סדר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משפט קצר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המילה החדשה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השפה שהמילה באה ממנה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התרגום בשפה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ידעתי לכתוב פתק קצר וברור על כל נושא?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מצאתי מילה אחת חדשה או משפחת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לכתוב דוגמה אישית ללקיחת 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שיתופי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