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רגשות ומחשבות בכתיבה קצרה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משפחות מילים ואסוציאציות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אחריות אישית ועל תכונות של נציגות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רפלקציה בסוף פעילות או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קושי ולהתאושש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תמיכה של חברים ומשפחה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מה נותן כוח, מה מקשה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שיתוף עם אדם קרוב מאפשר תמיכה ומוריד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אישי כולל התמדה ולמידה מטעויות, לא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(נותן לי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(מקשה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 לי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(נותן לי כוח)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בחירות ונציגות כיתתית – מה תפקיד הנציג/ה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להעביר את דעות הכיתה הלאה ולייצג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להקשיב לדעות שונות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בחירות ונציגות כיתתית – תכונות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הנציג מייצג את כל הכיתה, לא רק חברים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תפקיד הנציג להעביר את כל הדעות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בחירות ונציגות כיתתית – יישום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בחירות ונציגות כיתתית – נימוקים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(מגיע בזמן ומבצע משימות שקיבל)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(שומע דעות של כולם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(אומר את האמת גם כשזה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(מציע רעיונות חדשים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לקיחת אחריות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לקיחת אחריות פירושה להודות בטעות שלי ולתקן אותה, לא להאשים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אחריות קשורה גם להתחייבות למשימות ולתוצאות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לקיחת אחריות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מתנצל/ת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לקיחת אחריות – מצבים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לקיחת אחריות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מילה של היום (לשון)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השלבים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משפחת מילים היא מילים עם אותו שורש, לא אותו 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מילה של היום (לשון)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או רעיון שקופצים לראש כשחושבים על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מילה של היום (לשון) – משפחת מילים ומשפטים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מילה של היום (לשון)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מילה חדשה ושפות – היכרות עם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שלושה: המילה, השפה שלי,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את המילה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להראות איך משתמשים במילה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מילה חדשה ושפות – תרגול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מילה חדשה ושפות – כתיבה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(אנגלית)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מילה חדשה ושפות – סדר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המילה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השפה שהמילה באה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התרגום בשפה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משפט קצר עם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וברור ללא פרטים מיותרים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אחת לפחות קשורה נכון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אמיתית ומתאימה למצב של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כמו פתק חדש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אפשר להסתפק במילה אחת או שתיים במקום 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כמה פתקים בקול בסוף כל פרק, כמו שיחה סביב הלוח האמיתי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לפרק הרפלקציה בסוף כל שיעור כפתק יציאה קבוע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תמצאו משימות קצרות שמתאימות לפתקים שכותבים על לוח שיתופי בכיתה. בכל פרק כתבו בכמה מילים או במשפט אחד, בדיוק כמו פתק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מספר/ת  ·  כתב  ·  משפט קצר  ·  משפט קצר  ·  מודה  ·  תכונות  ·  עמוק  ·  כיתה  ·  שמח  ·  מתנצל/ת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חוסן אישי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הקרובה ביותר למילה "חוסן"?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היכולת להתמודד עם קושי ולהתאושש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היכולת לרוץ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היכולת לזכור שירים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מהבאים יכול לתת לי כוח במצב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תמיכה של חברים ומשפחה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להתעלם מכל מה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לכעוס על 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חוסן אישי – מה נותן כוח, מה מקשה ומה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לדבר עם מישהו קרוב כשקשה יכול לעזור להרגיש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נכשלתי בפעם הראשונה, הכי נכון לוותר ולא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חוסן אישי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טוב שמקשיב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עוזר לי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כישלון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נותן לי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כמה נשימות עמוקות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נותן לי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תמיכה של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מקשה עליי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חוסן אישי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אחת הדרכים להירגע במצב קשה היא לנשום __________ ולאט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בחירות ונציגות כיתתית – מה תפקיד הנציג/ה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התפקיד העיקרי של נציג או נציגה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להיות החבר הכי טוב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להעביר את דעות הכיתה הלאה ולייצג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לקבל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תכונה הכי חשובה לנציג או נציגה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להיות הכי חזק בספורט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להקשיב לדעות שונות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להיות הכי שקט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בחירות ונציגות כיתתית – תכונות ונימוקים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נציג או נציגה צריכים לייצג רק את החברים הכי קרובים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נציג טוב מקשיב גם לדעות שהוא לא מסכים איתן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בחירות ונציגות כיתתית – יישום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נציג או נציגה כיתתית מייצגים את כל ה__________ מול המורה וההנהלה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ההצבעה כדאי לחשוב על ה__________ של המועמד, ולא רק על חברות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בחירות ונציגות כיתתית – נימוקים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אומר את האמת גם כשזה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מגיע בזמן ומבצע משימות שקיבל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מציע רעיונות חדשים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שומע דעות של כולם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לקיחת אחריות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לקיחת אחריות פירושה להאשים מישהו אחר כשמשהו משתבש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לקחת אחריות גם על דברים טובים שעשיתי, לא רק על טעויות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לקיחת אחריות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כשאני שוכח/ת להביא ציוד לבית הספר, לקיחת אחריות אומרת שאני __________ זאת בפני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שברתי משהו בטעות, אני לוקח/ת אחריות כש אני __________ על כך ומתקן/ת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כשחבר נפגע מדברים שאמרתי, אני לוקח/ת אחריות כש אני __________ 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לקיחת אחריות – מצבים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לקיחת אחריות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מילה של היום (לשון)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מילה של היום כותבים משפט עם המילה שנבחרה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משפחת מילים היא מילים שכתובות באותו צבע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מילה של היום (לשון)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אסוציאציה למילה?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שדומה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או רעיון שקופצים לראש כשחושבים על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תרגום המילה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חלקים יש בפעילות מילה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מילה של היום (לשון) – משפחת מילים ומשפטים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המילים לכתוב ומכתב שייכות לאותה משפחה כי יש בהן את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השלימו משפט עם המילה שמח: היום אני __________ כי יש מסיבה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מילה של היום (לשון)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מילה חדשה ושפות – היכרות עם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בתבנית עולים – מילה חדשה, כמה חלקים עיקריים כותבים בכל 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שלושה: המילה, השפה שלי, 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כותבים בחלק הראשון של הפתק?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המילה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המטרה של משפט קצר בפתק?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להראות איך משתמשים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למלא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לצייר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מילה חדשה ושפות – תרגול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בתבנית כותבים את המילה, בשפה שלי,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המילה החדשה היא שלום, אפשר לכתוב בשפה שלי את התרגום ו__________ עם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מילה חדשה ושפות – כתיבה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hello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مرحبا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привет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רוסית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מילה חדשה ושפות – סדר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התרגום בשפה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משפט קצר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השפה שהמילה באה ממנה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המילה החדשה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ידעתי לכתוב פתק קצר וברור על כל נושא?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מצאתי מילה אחת חדשה או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